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e"/>
        <w:tblpPr w:leftFromText="142" w:rightFromText="142" w:horzAnchor="margin" w:tblpY="464"/>
        <w:tblW w:w="10625" w:type="dxa"/>
        <w:tblLook w:val="04A0" w:firstRow="1" w:lastRow="0" w:firstColumn="1" w:lastColumn="0" w:noHBand="0" w:noVBand="1"/>
      </w:tblPr>
      <w:tblGrid>
        <w:gridCol w:w="2547"/>
        <w:gridCol w:w="6379"/>
        <w:gridCol w:w="1699"/>
      </w:tblGrid>
      <w:tr w:rsidR="001B6EF9" w14:paraId="66636C80" w14:textId="77777777" w:rsidTr="00A04305">
        <w:trPr>
          <w:trHeight w:val="644"/>
        </w:trPr>
        <w:tc>
          <w:tcPr>
            <w:tcW w:w="2547" w:type="dxa"/>
          </w:tcPr>
          <w:p w14:paraId="7125B5BB" w14:textId="77777777" w:rsidR="001B6EF9" w:rsidRPr="009876B6" w:rsidRDefault="001B6EF9" w:rsidP="009876B6">
            <w:pPr>
              <w:rPr>
                <w:rFonts w:ascii="BIZ UDゴシック" w:eastAsia="BIZ UDゴシック" w:hAnsi="BIZ UDゴシック"/>
                <w:lang w:eastAsia="ja-JP"/>
              </w:rPr>
            </w:pPr>
            <w:r w:rsidRPr="009876B6">
              <w:rPr>
                <w:rFonts w:ascii="BIZ UDゴシック" w:eastAsia="BIZ UDゴシック" w:hAnsi="BIZ UDゴシック" w:hint="eastAsia"/>
                <w:lang w:eastAsia="ja-JP"/>
              </w:rPr>
              <w:t>生年月日/満年齢</w:t>
            </w:r>
          </w:p>
          <w:p w14:paraId="5B42DB1D" w14:textId="1878E63F" w:rsidR="001B6EF9" w:rsidRPr="009876B6" w:rsidRDefault="001B6EF9" w:rsidP="009876B6">
            <w:pPr>
              <w:rPr>
                <w:rFonts w:ascii="BIZ UDゴシック" w:eastAsia="BIZ UDゴシック" w:hAnsi="BIZ UDゴシック"/>
                <w:lang w:eastAsia="ja-JP"/>
              </w:rPr>
            </w:pPr>
          </w:p>
        </w:tc>
        <w:tc>
          <w:tcPr>
            <w:tcW w:w="6379" w:type="dxa"/>
          </w:tcPr>
          <w:p w14:paraId="421C7B34" w14:textId="77777777" w:rsidR="001B6EF9" w:rsidRPr="00A04305" w:rsidRDefault="001B6EF9" w:rsidP="7DC86293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</w:p>
        </w:tc>
        <w:tc>
          <w:tcPr>
            <w:tcW w:w="1699" w:type="dxa"/>
            <w:vMerge w:val="restart"/>
            <w:vAlign w:val="center"/>
          </w:tcPr>
          <w:p w14:paraId="2EDCC44C" w14:textId="4072CEA5" w:rsidR="001B6EF9" w:rsidRPr="00A04305" w:rsidRDefault="004438EF" w:rsidP="00A04305">
            <w:pPr>
              <w:jc w:val="center"/>
              <w:rPr>
                <w:rFonts w:ascii="BIZ UDゴシック" w:eastAsia="BIZ UDゴシック" w:hAnsi="BIZ UDゴシック" w:cs="BIZ UDゴシック" w:hint="eastAsia"/>
                <w:color w:val="000000" w:themeColor="text1"/>
                <w:sz w:val="18"/>
                <w:szCs w:val="18"/>
                <w:lang w:eastAsia="ja-JP"/>
              </w:rPr>
            </w:pPr>
            <w:r w:rsidRPr="00A04305">
              <w:rPr>
                <w:rFonts w:ascii="BIZ UDゴシック" w:eastAsia="BIZ UDゴシック" w:hAnsi="BIZ UDゴシック" w:cs="BIZ UDゴシック" w:hint="eastAsia"/>
                <w:color w:val="808080" w:themeColor="background1" w:themeShade="80"/>
                <w:sz w:val="18"/>
                <w:szCs w:val="18"/>
                <w:lang w:eastAsia="ja-JP"/>
              </w:rPr>
              <w:t>写真添付</w:t>
            </w:r>
          </w:p>
        </w:tc>
      </w:tr>
      <w:tr w:rsidR="001B6EF9" w14:paraId="12DC9D77" w14:textId="77777777" w:rsidTr="00A04305">
        <w:trPr>
          <w:trHeight w:val="1331"/>
        </w:trPr>
        <w:tc>
          <w:tcPr>
            <w:tcW w:w="2547" w:type="dxa"/>
          </w:tcPr>
          <w:p w14:paraId="4EB9C5A3" w14:textId="77777777" w:rsidR="001B6EF9" w:rsidRPr="009876B6" w:rsidRDefault="001B6EF9" w:rsidP="009876B6">
            <w:pPr>
              <w:rPr>
                <w:rFonts w:ascii="BIZ UDゴシック" w:eastAsia="BIZ UDゴシック" w:hAnsi="BIZ UDゴシック"/>
                <w:lang w:eastAsia="ja-JP"/>
              </w:rPr>
            </w:pPr>
            <w:r w:rsidRPr="009876B6">
              <w:rPr>
                <w:rFonts w:ascii="BIZ UDゴシック" w:eastAsia="BIZ UDゴシック" w:hAnsi="BIZ UDゴシック"/>
                <w:lang w:eastAsia="ja-JP"/>
              </w:rPr>
              <w:t>大学・学部・学科</w:t>
            </w:r>
          </w:p>
          <w:p w14:paraId="0F4662FD" w14:textId="47DFDE0C" w:rsidR="001B6EF9" w:rsidRPr="009876B6" w:rsidRDefault="001B6EF9" w:rsidP="009876B6">
            <w:pPr>
              <w:rPr>
                <w:rFonts w:ascii="BIZ UDゴシック" w:eastAsia="BIZ UDゴシック" w:hAnsi="BIZ UDゴシック"/>
                <w:lang w:eastAsia="ja-JP"/>
              </w:rPr>
            </w:pPr>
            <w:r w:rsidRPr="009876B6">
              <w:rPr>
                <w:rFonts w:ascii="BIZ UDゴシック" w:eastAsia="BIZ UDゴシック" w:hAnsi="BIZ UDゴシック" w:hint="eastAsia"/>
                <w:lang w:eastAsia="ja-JP"/>
              </w:rPr>
              <w:t>卒業（見込み）年</w:t>
            </w:r>
          </w:p>
        </w:tc>
        <w:tc>
          <w:tcPr>
            <w:tcW w:w="6379" w:type="dxa"/>
          </w:tcPr>
          <w:p w14:paraId="238E1B81" w14:textId="77777777" w:rsidR="001B6EF9" w:rsidRPr="00A04305" w:rsidRDefault="001B6EF9" w:rsidP="7DC86293">
            <w:pPr>
              <w:rPr>
                <w:rFonts w:ascii="BIZ UDゴシック" w:eastAsia="BIZ UDゴシック" w:hAnsi="BIZ UDゴシック"/>
                <w:color w:val="FF0000"/>
                <w:sz w:val="18"/>
                <w:szCs w:val="18"/>
                <w:lang w:eastAsia="ja-JP"/>
              </w:rPr>
            </w:pPr>
          </w:p>
        </w:tc>
        <w:tc>
          <w:tcPr>
            <w:tcW w:w="1699" w:type="dxa"/>
            <w:vMerge/>
          </w:tcPr>
          <w:p w14:paraId="1A503A63" w14:textId="3F6F153A" w:rsidR="001B6EF9" w:rsidRPr="00A04305" w:rsidRDefault="001B6EF9" w:rsidP="7DC86293">
            <w:pPr>
              <w:rPr>
                <w:rFonts w:ascii="BIZ UDゴシック" w:eastAsia="BIZ UDゴシック" w:hAnsi="BIZ UDゴシック"/>
                <w:color w:val="FF0000"/>
                <w:sz w:val="18"/>
                <w:szCs w:val="18"/>
                <w:lang w:eastAsia="ja-JP"/>
              </w:rPr>
            </w:pPr>
          </w:p>
        </w:tc>
      </w:tr>
      <w:tr w:rsidR="009876B6" w14:paraId="511C0248" w14:textId="77777777" w:rsidTr="00CB443E">
        <w:trPr>
          <w:trHeight w:val="556"/>
        </w:trPr>
        <w:tc>
          <w:tcPr>
            <w:tcW w:w="2547" w:type="dxa"/>
          </w:tcPr>
          <w:p w14:paraId="3491AC3B" w14:textId="758A9D1E" w:rsidR="009876B6" w:rsidRPr="009876B6" w:rsidRDefault="009876B6" w:rsidP="009876B6">
            <w:pPr>
              <w:rPr>
                <w:rFonts w:ascii="BIZ UDゴシック" w:eastAsia="BIZ UDゴシック" w:hAnsi="BIZ UDゴシック"/>
                <w:lang w:eastAsia="ja-JP"/>
              </w:rPr>
            </w:pPr>
            <w:proofErr w:type="spellStart"/>
            <w:r w:rsidRPr="009876B6">
              <w:rPr>
                <w:rFonts w:ascii="BIZ UDゴシック" w:eastAsia="BIZ UDゴシック" w:hAnsi="BIZ UDゴシック"/>
              </w:rPr>
              <w:t>専攻分野・研究室</w:t>
            </w:r>
            <w:proofErr w:type="spellEnd"/>
          </w:p>
        </w:tc>
        <w:tc>
          <w:tcPr>
            <w:tcW w:w="8078" w:type="dxa"/>
            <w:gridSpan w:val="2"/>
          </w:tcPr>
          <w:p w14:paraId="538930A5" w14:textId="77777777" w:rsidR="009876B6" w:rsidRPr="00A04305" w:rsidRDefault="009876B6" w:rsidP="009876B6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</w:p>
        </w:tc>
      </w:tr>
      <w:tr w:rsidR="009876B6" w14:paraId="0A8F4A74" w14:textId="77777777" w:rsidTr="00CB443E">
        <w:trPr>
          <w:trHeight w:val="825"/>
        </w:trPr>
        <w:tc>
          <w:tcPr>
            <w:tcW w:w="2547" w:type="dxa"/>
          </w:tcPr>
          <w:p w14:paraId="3A9063EA" w14:textId="76C02DC6" w:rsidR="009876B6" w:rsidRPr="009876B6" w:rsidRDefault="009876B6" w:rsidP="009876B6">
            <w:pPr>
              <w:rPr>
                <w:rFonts w:ascii="BIZ UDゴシック" w:eastAsia="BIZ UDゴシック" w:hAnsi="BIZ UDゴシック"/>
                <w:lang w:eastAsia="ja-JP"/>
              </w:rPr>
            </w:pPr>
            <w:r w:rsidRPr="009876B6">
              <w:rPr>
                <w:rFonts w:ascii="BIZ UDゴシック" w:eastAsia="BIZ UDゴシック" w:hAnsi="BIZ UDゴシック"/>
                <w:lang w:eastAsia="ja-JP"/>
              </w:rPr>
              <w:t>連絡先</w:t>
            </w:r>
            <w:r w:rsidRPr="009876B6">
              <w:rPr>
                <w:rFonts w:ascii="BIZ UDゴシック" w:eastAsia="BIZ UDゴシック" w:hAnsi="BIZ UDゴシック" w:hint="eastAsia"/>
                <w:lang w:eastAsia="ja-JP"/>
              </w:rPr>
              <w:t>（住所・</w:t>
            </w:r>
            <w:r w:rsidRPr="009876B6">
              <w:rPr>
                <w:rFonts w:ascii="BIZ UDゴシック" w:eastAsia="BIZ UDゴシック" w:hAnsi="BIZ UDゴシック"/>
                <w:lang w:eastAsia="ja-JP"/>
              </w:rPr>
              <w:t>電話</w:t>
            </w:r>
            <w:r w:rsidRPr="009876B6">
              <w:rPr>
                <w:rFonts w:ascii="BIZ UDゴシック" w:eastAsia="BIZ UDゴシック" w:hAnsi="BIZ UDゴシック" w:hint="eastAsia"/>
                <w:lang w:eastAsia="ja-JP"/>
              </w:rPr>
              <w:t>・メール</w:t>
            </w:r>
            <w:r w:rsidRPr="009876B6">
              <w:rPr>
                <w:rFonts w:ascii="BIZ UDゴシック" w:eastAsia="BIZ UDゴシック" w:hAnsi="BIZ UDゴシック"/>
                <w:lang w:eastAsia="ja-JP"/>
              </w:rPr>
              <w:t>）</w:t>
            </w:r>
          </w:p>
        </w:tc>
        <w:tc>
          <w:tcPr>
            <w:tcW w:w="8078" w:type="dxa"/>
            <w:gridSpan w:val="2"/>
          </w:tcPr>
          <w:p w14:paraId="5055E717" w14:textId="77777777" w:rsidR="009876B6" w:rsidRPr="00A04305" w:rsidRDefault="009876B6" w:rsidP="009876B6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</w:p>
        </w:tc>
      </w:tr>
      <w:tr w:rsidR="009876B6" w14:paraId="13EAE3B1" w14:textId="77777777" w:rsidTr="00CB443E">
        <w:trPr>
          <w:trHeight w:val="1005"/>
        </w:trPr>
        <w:tc>
          <w:tcPr>
            <w:tcW w:w="2547" w:type="dxa"/>
          </w:tcPr>
          <w:p w14:paraId="3628099A" w14:textId="5F8F4810" w:rsidR="009876B6" w:rsidRPr="009876B6" w:rsidRDefault="009876B6" w:rsidP="009876B6">
            <w:pPr>
              <w:rPr>
                <w:rFonts w:ascii="BIZ UDゴシック" w:eastAsia="BIZ UDゴシック" w:hAnsi="BIZ UDゴシック"/>
                <w:lang w:eastAsia="ja-JP"/>
              </w:rPr>
            </w:pPr>
            <w:r w:rsidRPr="009876B6">
              <w:rPr>
                <w:rFonts w:ascii="BIZ UDゴシック" w:eastAsia="BIZ UDゴシック" w:hAnsi="BIZ UDゴシック" w:hint="eastAsia"/>
                <w:lang w:eastAsia="ja-JP"/>
              </w:rPr>
              <w:t>学歴（高校以降）</w:t>
            </w:r>
          </w:p>
        </w:tc>
        <w:tc>
          <w:tcPr>
            <w:tcW w:w="8078" w:type="dxa"/>
            <w:gridSpan w:val="2"/>
          </w:tcPr>
          <w:p w14:paraId="16CC69FA" w14:textId="3A6C58B6" w:rsidR="009876B6" w:rsidRPr="00A04305" w:rsidRDefault="009876B6" w:rsidP="224A6667">
            <w:pPr>
              <w:spacing w:line="276" w:lineRule="auto"/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  <w:r w:rsidRPr="00A04305"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  <w:t xml:space="preserve">　　　　　年　　月</w:t>
            </w:r>
          </w:p>
          <w:p w14:paraId="3B0A5F55" w14:textId="239CF432" w:rsidR="009876B6" w:rsidRPr="00A04305" w:rsidRDefault="009876B6" w:rsidP="224A6667">
            <w:pPr>
              <w:spacing w:line="276" w:lineRule="auto"/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  <w:r w:rsidRPr="00A04305"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  <w:t xml:space="preserve">　　　　　年　　月</w:t>
            </w:r>
          </w:p>
          <w:p w14:paraId="17F80C9C" w14:textId="127F2214" w:rsidR="009876B6" w:rsidRPr="00A04305" w:rsidRDefault="009876B6" w:rsidP="224A6667">
            <w:pPr>
              <w:spacing w:line="276" w:lineRule="auto"/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  <w:r w:rsidRPr="00A04305"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  <w:t xml:space="preserve">　　　　　年　　月</w:t>
            </w:r>
          </w:p>
          <w:p w14:paraId="39051B08" w14:textId="024C38C4" w:rsidR="009876B6" w:rsidRPr="00A04305" w:rsidRDefault="009876B6" w:rsidP="224A6667">
            <w:pPr>
              <w:spacing w:line="276" w:lineRule="auto"/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  <w:r w:rsidRPr="00A04305"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  <w:t xml:space="preserve">　　　　　年　　月</w:t>
            </w:r>
          </w:p>
        </w:tc>
      </w:tr>
      <w:tr w:rsidR="009876B6" w14:paraId="220E8049" w14:textId="77777777" w:rsidTr="00CB443E">
        <w:trPr>
          <w:trHeight w:val="1710"/>
        </w:trPr>
        <w:tc>
          <w:tcPr>
            <w:tcW w:w="2547" w:type="dxa"/>
          </w:tcPr>
          <w:p w14:paraId="339AA8B6" w14:textId="77777777" w:rsidR="009876B6" w:rsidRPr="009876B6" w:rsidRDefault="009876B6" w:rsidP="009876B6">
            <w:pPr>
              <w:rPr>
                <w:rFonts w:ascii="BIZ UDゴシック" w:eastAsia="BIZ UDゴシック" w:hAnsi="BIZ UDゴシック"/>
                <w:lang w:eastAsia="ja-JP"/>
              </w:rPr>
            </w:pPr>
            <w:r w:rsidRPr="009876B6">
              <w:rPr>
                <w:rFonts w:ascii="BIZ UDゴシック" w:eastAsia="BIZ UDゴシック" w:hAnsi="BIZ UDゴシック" w:hint="eastAsia"/>
                <w:lang w:eastAsia="ja-JP"/>
              </w:rPr>
              <w:t>卒業論文</w:t>
            </w:r>
            <w:r w:rsidRPr="009876B6">
              <w:rPr>
                <w:rFonts w:ascii="BIZ UDゴシック" w:eastAsia="BIZ UDゴシック" w:hAnsi="BIZ UDゴシック"/>
                <w:lang w:eastAsia="ja-JP"/>
              </w:rPr>
              <w:t>テーマ</w:t>
            </w:r>
          </w:p>
          <w:p w14:paraId="249E5C00" w14:textId="4C8BC3CB" w:rsidR="009876B6" w:rsidRPr="009876B6" w:rsidRDefault="009876B6" w:rsidP="009876B6">
            <w:pPr>
              <w:rPr>
                <w:rFonts w:ascii="BIZ UDゴシック" w:eastAsia="BIZ UDゴシック" w:hAnsi="BIZ UDゴシック"/>
                <w:lang w:eastAsia="ja-JP"/>
              </w:rPr>
            </w:pPr>
            <w:r w:rsidRPr="009876B6">
              <w:rPr>
                <w:rFonts w:ascii="BIZ UDゴシック" w:eastAsia="BIZ UDゴシック" w:hAnsi="BIZ UDゴシック" w:hint="eastAsia"/>
                <w:lang w:eastAsia="ja-JP"/>
              </w:rPr>
              <w:t>概要</w:t>
            </w:r>
            <w:r w:rsidRPr="009876B6">
              <w:rPr>
                <w:rFonts w:ascii="BIZ UDゴシック" w:eastAsia="BIZ UDゴシック" w:hAnsi="BIZ UDゴシック"/>
                <w:lang w:eastAsia="ja-JP"/>
              </w:rPr>
              <w:t>（</w:t>
            </w:r>
            <w:r w:rsidRPr="009876B6">
              <w:rPr>
                <w:rFonts w:ascii="BIZ UDゴシック" w:eastAsia="BIZ UDゴシック" w:hAnsi="BIZ UDゴシック" w:hint="eastAsia"/>
                <w:lang w:eastAsia="ja-JP"/>
              </w:rPr>
              <w:t>2</w:t>
            </w:r>
            <w:r w:rsidRPr="009876B6">
              <w:rPr>
                <w:rFonts w:ascii="BIZ UDゴシック" w:eastAsia="BIZ UDゴシック" w:hAnsi="BIZ UDゴシック"/>
                <w:lang w:eastAsia="ja-JP"/>
              </w:rPr>
              <w:t>00字以内）</w:t>
            </w:r>
          </w:p>
        </w:tc>
        <w:tc>
          <w:tcPr>
            <w:tcW w:w="8078" w:type="dxa"/>
            <w:gridSpan w:val="2"/>
          </w:tcPr>
          <w:p w14:paraId="145BE9FE" w14:textId="12D4A4D2" w:rsidR="009876B6" w:rsidRPr="00A04305" w:rsidRDefault="009876B6" w:rsidP="1C65FBF9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  <w:r w:rsidRPr="00A04305"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  <w:t>テーマ：</w:t>
            </w:r>
          </w:p>
          <w:p w14:paraId="0F6C8F00" w14:textId="3916E3B7" w:rsidR="009876B6" w:rsidRPr="00A04305" w:rsidRDefault="6C0D3A21" w:rsidP="7DC86293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  <w:r w:rsidRPr="00A04305"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  <w:t>概要：</w:t>
            </w:r>
          </w:p>
          <w:p w14:paraId="67ECE6FE" w14:textId="09FEA537" w:rsidR="009876B6" w:rsidRPr="00A04305" w:rsidRDefault="009876B6" w:rsidP="7DC86293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</w:p>
          <w:p w14:paraId="6A3C301C" w14:textId="4AFB47B5" w:rsidR="009876B6" w:rsidRPr="00A04305" w:rsidRDefault="009876B6" w:rsidP="7DC86293">
            <w:pPr>
              <w:rPr>
                <w:rFonts w:ascii="BIZ UDゴシック" w:eastAsia="BIZ UDゴシック" w:hAnsi="BIZ UDゴシック"/>
                <w:color w:val="FF0000"/>
                <w:sz w:val="18"/>
                <w:szCs w:val="18"/>
                <w:lang w:eastAsia="ja-JP"/>
              </w:rPr>
            </w:pPr>
          </w:p>
        </w:tc>
      </w:tr>
      <w:tr w:rsidR="009876B6" w14:paraId="45203E45" w14:textId="77777777" w:rsidTr="00CB443E">
        <w:trPr>
          <w:trHeight w:val="825"/>
        </w:trPr>
        <w:tc>
          <w:tcPr>
            <w:tcW w:w="2547" w:type="dxa"/>
          </w:tcPr>
          <w:p w14:paraId="5F74BBBE" w14:textId="29105237" w:rsidR="009876B6" w:rsidRPr="009876B6" w:rsidRDefault="009876B6" w:rsidP="009876B6">
            <w:pPr>
              <w:rPr>
                <w:rFonts w:ascii="BIZ UDゴシック" w:eastAsia="BIZ UDゴシック" w:hAnsi="BIZ UDゴシック"/>
                <w:lang w:eastAsia="ja-JP"/>
              </w:rPr>
            </w:pPr>
            <w:r w:rsidRPr="009876B6">
              <w:rPr>
                <w:rFonts w:ascii="BIZ UDゴシック" w:eastAsia="BIZ UDゴシック" w:hAnsi="BIZ UDゴシック"/>
                <w:lang w:eastAsia="ja-JP"/>
              </w:rPr>
              <w:t>使用経験のある技術・ツール</w:t>
            </w:r>
          </w:p>
        </w:tc>
        <w:tc>
          <w:tcPr>
            <w:tcW w:w="8078" w:type="dxa"/>
            <w:gridSpan w:val="2"/>
          </w:tcPr>
          <w:p w14:paraId="1C535CEA" w14:textId="77777777" w:rsidR="009876B6" w:rsidRPr="00A04305" w:rsidRDefault="009876B6" w:rsidP="009876B6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</w:p>
        </w:tc>
      </w:tr>
      <w:tr w:rsidR="009876B6" w14:paraId="72C7EA0B" w14:textId="77777777" w:rsidTr="00CB443E">
        <w:trPr>
          <w:trHeight w:val="837"/>
        </w:trPr>
        <w:tc>
          <w:tcPr>
            <w:tcW w:w="2547" w:type="dxa"/>
          </w:tcPr>
          <w:p w14:paraId="34389F4B" w14:textId="07361988" w:rsidR="009876B6" w:rsidRPr="009876B6" w:rsidRDefault="009876B6" w:rsidP="009876B6">
            <w:pPr>
              <w:rPr>
                <w:rFonts w:ascii="BIZ UDゴシック" w:eastAsia="BIZ UDゴシック" w:hAnsi="BIZ UDゴシック"/>
                <w:lang w:eastAsia="ja-JP"/>
              </w:rPr>
            </w:pPr>
            <w:r w:rsidRPr="009876B6">
              <w:rPr>
                <w:rFonts w:ascii="BIZ UDゴシック" w:eastAsia="BIZ UDゴシック" w:hAnsi="BIZ UDゴシック" w:hint="eastAsia"/>
                <w:lang w:eastAsia="ja-JP"/>
              </w:rPr>
              <w:t>保有資格（◯を付し、点数記入）</w:t>
            </w:r>
          </w:p>
        </w:tc>
        <w:tc>
          <w:tcPr>
            <w:tcW w:w="8078" w:type="dxa"/>
            <w:gridSpan w:val="2"/>
          </w:tcPr>
          <w:p w14:paraId="417E2995" w14:textId="1B1E75A5" w:rsidR="009876B6" w:rsidRPr="00A04305" w:rsidRDefault="009876B6" w:rsidP="009876B6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  <w:r w:rsidRPr="00A04305">
              <w:rPr>
                <w:rFonts w:ascii="BIZ UDゴシック" w:eastAsia="BIZ UDゴシック" w:hAnsi="BIZ UDゴシック" w:hint="eastAsia"/>
                <w:sz w:val="18"/>
                <w:szCs w:val="18"/>
                <w:lang w:eastAsia="ja-JP"/>
              </w:rPr>
              <w:t>TOEIC         点、TOEFL          点、英検　　　級、</w:t>
            </w:r>
          </w:p>
          <w:p w14:paraId="200E154B" w14:textId="77777777" w:rsidR="009876B6" w:rsidRDefault="009876B6" w:rsidP="009876B6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  <w:r w:rsidRPr="00A04305">
              <w:rPr>
                <w:rFonts w:ascii="BIZ UDゴシック" w:eastAsia="BIZ UDゴシック" w:hAnsi="BIZ UDゴシック" w:hint="eastAsia"/>
                <w:sz w:val="18"/>
                <w:szCs w:val="18"/>
                <w:lang w:eastAsia="ja-JP"/>
              </w:rPr>
              <w:t>ITパスポート、MOS（一般・上級）</w:t>
            </w:r>
          </w:p>
          <w:p w14:paraId="631681B0" w14:textId="30789D14" w:rsidR="004264EC" w:rsidRPr="00A04305" w:rsidRDefault="004264EC" w:rsidP="009876B6">
            <w:pPr>
              <w:rPr>
                <w:rFonts w:ascii="BIZ UDゴシック" w:eastAsia="BIZ UDゴシック" w:hAnsi="BIZ UDゴシック" w:hint="eastAsia"/>
                <w:sz w:val="18"/>
                <w:szCs w:val="18"/>
                <w:lang w:eastAsia="ja-JP"/>
              </w:rPr>
            </w:pPr>
            <w:r>
              <w:rPr>
                <w:rFonts w:ascii="BIZ UDゴシック" w:eastAsia="BIZ UDゴシック" w:hAnsi="BIZ UDゴシック" w:hint="eastAsia"/>
                <w:sz w:val="18"/>
                <w:szCs w:val="18"/>
                <w:lang w:eastAsia="ja-JP"/>
              </w:rPr>
              <w:t>日本語能力</w:t>
            </w:r>
            <w:r w:rsidR="00F27A0B"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  <w:t>(</w:t>
            </w:r>
            <w:r w:rsidR="008B49C3"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  <w:t>JLPT</w:t>
            </w:r>
            <w:r w:rsidR="00F27A0B"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  <w:t>)</w:t>
            </w:r>
            <w:r w:rsidR="008B49C3"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  <w:t xml:space="preserve">N </w:t>
            </w:r>
            <w:r w:rsidR="00F27A0B">
              <w:rPr>
                <w:rFonts w:ascii="BIZ UDゴシック" w:eastAsia="BIZ UDゴシック" w:hAnsi="BIZ UDゴシック" w:hint="eastAsia"/>
                <w:sz w:val="18"/>
                <w:szCs w:val="18"/>
                <w:lang w:eastAsia="ja-JP"/>
              </w:rPr>
              <w:t>（留学生の場合）</w:t>
            </w:r>
          </w:p>
          <w:p w14:paraId="7B43CACC" w14:textId="5753A1C1" w:rsidR="009876B6" w:rsidRPr="00A04305" w:rsidRDefault="009876B6" w:rsidP="009876B6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  <w:r w:rsidRPr="00A04305">
              <w:rPr>
                <w:rFonts w:ascii="BIZ UDゴシック" w:eastAsia="BIZ UDゴシック" w:hAnsi="BIZ UDゴシック" w:hint="eastAsia"/>
                <w:sz w:val="18"/>
                <w:szCs w:val="18"/>
                <w:lang w:eastAsia="ja-JP"/>
              </w:rPr>
              <w:t>その他（　　　　　　　　　　　　　　　　　　　　　　　　）</w:t>
            </w:r>
          </w:p>
        </w:tc>
      </w:tr>
      <w:tr w:rsidR="009876B6" w14:paraId="6FA6C086" w14:textId="77777777" w:rsidTr="00CB443E">
        <w:trPr>
          <w:trHeight w:val="1125"/>
        </w:trPr>
        <w:tc>
          <w:tcPr>
            <w:tcW w:w="2547" w:type="dxa"/>
          </w:tcPr>
          <w:p w14:paraId="600B44CE" w14:textId="012EDF27" w:rsidR="009876B6" w:rsidRPr="009876B6" w:rsidRDefault="00B66230" w:rsidP="00602F35">
            <w:pPr>
              <w:rPr>
                <w:rFonts w:ascii="BIZ UDゴシック" w:eastAsia="BIZ UDゴシック" w:hAnsi="BIZ UDゴシック" w:hint="eastAsia"/>
                <w:lang w:eastAsia="ja-JP"/>
              </w:rPr>
            </w:pPr>
            <w:r>
              <w:rPr>
                <w:rFonts w:ascii="BIZ UDゴシック" w:eastAsia="BIZ UDゴシック" w:hAnsi="BIZ UDゴシック" w:hint="eastAsia"/>
                <w:lang w:eastAsia="ja-JP"/>
              </w:rPr>
              <w:t>興味があること</w:t>
            </w:r>
            <w:r w:rsidR="00D149CF">
              <w:rPr>
                <w:rFonts w:ascii="BIZ UDゴシック" w:eastAsia="BIZ UDゴシック" w:hAnsi="BIZ UDゴシック" w:hint="eastAsia"/>
                <w:lang w:eastAsia="ja-JP"/>
              </w:rPr>
              <w:t>とそれに対する</w:t>
            </w:r>
            <w:r w:rsidR="00D77993">
              <w:rPr>
                <w:rFonts w:ascii="BIZ UDゴシック" w:eastAsia="BIZ UDゴシック" w:hAnsi="BIZ UDゴシック" w:hint="eastAsia"/>
                <w:lang w:eastAsia="ja-JP"/>
              </w:rPr>
              <w:t>自分なりの考え</w:t>
            </w:r>
          </w:p>
        </w:tc>
        <w:tc>
          <w:tcPr>
            <w:tcW w:w="8078" w:type="dxa"/>
            <w:gridSpan w:val="2"/>
          </w:tcPr>
          <w:p w14:paraId="2B5B7BBD" w14:textId="0143BEB4" w:rsidR="009876B6" w:rsidRPr="00A04305" w:rsidRDefault="009876B6" w:rsidP="009876B6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</w:p>
        </w:tc>
      </w:tr>
      <w:tr w:rsidR="00F01FDB" w14:paraId="59664613" w14:textId="77777777" w:rsidTr="00CB443E">
        <w:trPr>
          <w:trHeight w:val="1125"/>
        </w:trPr>
        <w:tc>
          <w:tcPr>
            <w:tcW w:w="2547" w:type="dxa"/>
          </w:tcPr>
          <w:p w14:paraId="7082F9BA" w14:textId="126AA464" w:rsidR="00F01FDB" w:rsidRDefault="00F01FDB" w:rsidP="00602F35">
            <w:pPr>
              <w:rPr>
                <w:rFonts w:ascii="BIZ UDゴシック" w:eastAsia="BIZ UDゴシック" w:hAnsi="BIZ UDゴシック" w:hint="eastAsia"/>
                <w:lang w:eastAsia="ja-JP"/>
              </w:rPr>
            </w:pPr>
            <w:r>
              <w:rPr>
                <w:rFonts w:ascii="BIZ UDゴシック" w:eastAsia="BIZ UDゴシック" w:hAnsi="BIZ UDゴシック" w:hint="eastAsia"/>
                <w:lang w:eastAsia="ja-JP"/>
              </w:rPr>
              <w:t>学生時代に</w:t>
            </w:r>
            <w:r w:rsidR="005733EA">
              <w:rPr>
                <w:rFonts w:ascii="BIZ UDゴシック" w:eastAsia="BIZ UDゴシック" w:hAnsi="BIZ UDゴシック" w:hint="eastAsia"/>
                <w:lang w:eastAsia="ja-JP"/>
              </w:rPr>
              <w:t>取り組んだ</w:t>
            </w:r>
            <w:r w:rsidR="00882B55">
              <w:rPr>
                <w:rFonts w:ascii="BIZ UDゴシック" w:eastAsia="BIZ UDゴシック" w:hAnsi="BIZ UDゴシック" w:hint="eastAsia"/>
                <w:lang w:eastAsia="ja-JP"/>
              </w:rPr>
              <w:t>こと</w:t>
            </w:r>
          </w:p>
        </w:tc>
        <w:tc>
          <w:tcPr>
            <w:tcW w:w="8078" w:type="dxa"/>
            <w:gridSpan w:val="2"/>
          </w:tcPr>
          <w:p w14:paraId="6BB35239" w14:textId="77777777" w:rsidR="00F01FDB" w:rsidRPr="00A04305" w:rsidRDefault="00F01FDB" w:rsidP="009876B6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</w:p>
        </w:tc>
      </w:tr>
      <w:tr w:rsidR="00146D3A" w14:paraId="6DCBA5EA" w14:textId="77777777" w:rsidTr="00CB443E">
        <w:trPr>
          <w:trHeight w:val="1125"/>
        </w:trPr>
        <w:tc>
          <w:tcPr>
            <w:tcW w:w="2547" w:type="dxa"/>
          </w:tcPr>
          <w:p w14:paraId="569AFF3E" w14:textId="504E76B7" w:rsidR="00146D3A" w:rsidRDefault="00146D3A" w:rsidP="00602F35">
            <w:pPr>
              <w:rPr>
                <w:rFonts w:ascii="BIZ UDゴシック" w:eastAsia="BIZ UDゴシック" w:hAnsi="BIZ UDゴシック" w:hint="eastAsia"/>
                <w:lang w:eastAsia="ja-JP"/>
              </w:rPr>
            </w:pPr>
            <w:r>
              <w:rPr>
                <w:rFonts w:ascii="BIZ UDゴシック" w:eastAsia="BIZ UDゴシック" w:hAnsi="BIZ UDゴシック" w:hint="eastAsia"/>
                <w:lang w:eastAsia="ja-JP"/>
              </w:rPr>
              <w:t>自己分析（長所、短所、性格など）</w:t>
            </w:r>
          </w:p>
        </w:tc>
        <w:tc>
          <w:tcPr>
            <w:tcW w:w="8078" w:type="dxa"/>
            <w:gridSpan w:val="2"/>
          </w:tcPr>
          <w:p w14:paraId="133EDDB2" w14:textId="77777777" w:rsidR="00146D3A" w:rsidRPr="00A04305" w:rsidRDefault="00146D3A" w:rsidP="009876B6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</w:p>
        </w:tc>
      </w:tr>
      <w:tr w:rsidR="00BC2BA4" w14:paraId="0DA1B450" w14:textId="77777777" w:rsidTr="00CB443E">
        <w:trPr>
          <w:trHeight w:val="1125"/>
        </w:trPr>
        <w:tc>
          <w:tcPr>
            <w:tcW w:w="2547" w:type="dxa"/>
          </w:tcPr>
          <w:p w14:paraId="4224C976" w14:textId="149E16F5" w:rsidR="00BC2BA4" w:rsidRDefault="00BC2BA4" w:rsidP="00602F35">
            <w:pPr>
              <w:rPr>
                <w:rFonts w:ascii="BIZ UDゴシック" w:eastAsia="BIZ UDゴシック" w:hAnsi="BIZ UDゴシック" w:hint="eastAsia"/>
                <w:lang w:eastAsia="ja-JP"/>
              </w:rPr>
            </w:pPr>
            <w:r>
              <w:rPr>
                <w:rFonts w:ascii="BIZ UDゴシック" w:eastAsia="BIZ UDゴシック" w:hAnsi="BIZ UDゴシック" w:hint="eastAsia"/>
                <w:lang w:eastAsia="ja-JP"/>
              </w:rPr>
              <w:t>自分の将来について</w:t>
            </w:r>
            <w:r w:rsidR="00980F1F">
              <w:rPr>
                <w:rFonts w:ascii="BIZ UDゴシック" w:eastAsia="BIZ UDゴシック" w:hAnsi="BIZ UDゴシック" w:hint="eastAsia"/>
                <w:lang w:eastAsia="ja-JP"/>
              </w:rPr>
              <w:t>（希望、目標など）</w:t>
            </w:r>
          </w:p>
        </w:tc>
        <w:tc>
          <w:tcPr>
            <w:tcW w:w="8078" w:type="dxa"/>
            <w:gridSpan w:val="2"/>
          </w:tcPr>
          <w:p w14:paraId="18519A86" w14:textId="77777777" w:rsidR="00BC2BA4" w:rsidRPr="00A04305" w:rsidRDefault="00BC2BA4" w:rsidP="009876B6">
            <w:pPr>
              <w:rPr>
                <w:rFonts w:ascii="BIZ UDゴシック" w:eastAsia="BIZ UDゴシック" w:hAnsi="BIZ UDゴシック"/>
                <w:sz w:val="18"/>
                <w:szCs w:val="18"/>
                <w:lang w:eastAsia="ja-JP"/>
              </w:rPr>
            </w:pPr>
          </w:p>
        </w:tc>
      </w:tr>
    </w:tbl>
    <w:p w14:paraId="73224FCF" w14:textId="3C94E8AC" w:rsidR="5A4D993F" w:rsidRDefault="5A4D993F" w:rsidP="7DC86293">
      <w:pPr>
        <w:rPr>
          <w:lang w:eastAsia="ja-JP"/>
        </w:rPr>
      </w:pPr>
      <w:r>
        <w:t>※</w:t>
      </w:r>
      <w:proofErr w:type="spellStart"/>
      <w:r>
        <w:t>添付書類：成績証明書、</w:t>
      </w:r>
      <w:r w:rsidR="180AFED2">
        <w:t>卒業見込証明書</w:t>
      </w:r>
      <w:proofErr w:type="spellEnd"/>
      <w:r w:rsidR="00AA742A">
        <w:rPr>
          <w:rFonts w:hint="eastAsia"/>
          <w:lang w:eastAsia="ja-JP"/>
        </w:rPr>
        <w:t>（履歴書不要）</w:t>
      </w:r>
    </w:p>
    <w:p w14:paraId="030C73BF" w14:textId="2D68FBED" w:rsidR="7DC86293" w:rsidRDefault="7DC86293" w:rsidP="7DC86293">
      <w:pPr>
        <w:rPr>
          <w:color w:val="FF0000"/>
          <w:lang w:eastAsia="ja-JP"/>
        </w:rPr>
      </w:pPr>
    </w:p>
    <w:sectPr w:rsidR="7DC86293" w:rsidSect="00034616">
      <w:headerReference w:type="default" r:id="rId11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AFA86" w14:textId="77777777" w:rsidR="0092435F" w:rsidRDefault="0092435F" w:rsidP="009876B6">
      <w:pPr>
        <w:spacing w:after="0" w:line="240" w:lineRule="auto"/>
      </w:pPr>
      <w:r>
        <w:separator/>
      </w:r>
    </w:p>
  </w:endnote>
  <w:endnote w:type="continuationSeparator" w:id="0">
    <w:p w14:paraId="02858A57" w14:textId="77777777" w:rsidR="0092435F" w:rsidRDefault="0092435F" w:rsidP="009876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BIZ UDゴシック">
    <w:altName w:val="Yu Gothic"/>
    <w:panose1 w:val="020B0400000000000000"/>
    <w:charset w:val="80"/>
    <w:family w:val="swiss"/>
    <w:pitch w:val="fixed"/>
    <w:sig w:usb0="E00002F7" w:usb1="2AC7EDF8" w:usb2="00000012" w:usb3="00000000" w:csb0="0002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2D489" w14:textId="77777777" w:rsidR="0092435F" w:rsidRDefault="0092435F" w:rsidP="009876B6">
      <w:pPr>
        <w:spacing w:after="0" w:line="240" w:lineRule="auto"/>
      </w:pPr>
      <w:r>
        <w:separator/>
      </w:r>
    </w:p>
  </w:footnote>
  <w:footnote w:type="continuationSeparator" w:id="0">
    <w:p w14:paraId="6AA54D19" w14:textId="77777777" w:rsidR="0092435F" w:rsidRDefault="0092435F" w:rsidP="009876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61318" w14:textId="40E8A047" w:rsidR="009876B6" w:rsidRPr="009876B6" w:rsidRDefault="009876B6">
    <w:pPr>
      <w:pStyle w:val="a5"/>
      <w:rPr>
        <w:rFonts w:ascii="BIZ UDゴシック" w:eastAsia="BIZ UDゴシック" w:hAnsi="BIZ UDゴシック"/>
        <w:sz w:val="28"/>
        <w:szCs w:val="28"/>
        <w:lang w:eastAsia="ja-JP"/>
      </w:rPr>
    </w:pPr>
    <w:r w:rsidRPr="009876B6">
      <w:rPr>
        <w:rFonts w:ascii="BIZ UDゴシック" w:eastAsia="BIZ UDゴシック" w:hAnsi="BIZ UDゴシック" w:hint="eastAsia"/>
        <w:sz w:val="28"/>
        <w:szCs w:val="28"/>
        <w:lang w:eastAsia="ja-JP"/>
      </w:rPr>
      <w:t>（公社）産業安全技術協会　エントリーシート</w:t>
    </w:r>
    <w:r w:rsidR="00AB6018">
      <w:rPr>
        <w:rFonts w:ascii="BIZ UDゴシック" w:eastAsia="BIZ UDゴシック" w:hAnsi="BIZ UDゴシック" w:hint="eastAsia"/>
        <w:sz w:val="28"/>
        <w:szCs w:val="28"/>
        <w:lang w:eastAsia="ja-JP"/>
      </w:rPr>
      <w:t>（令和　　年　　月　　日現在）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24679700">
    <w:abstractNumId w:val="8"/>
  </w:num>
  <w:num w:numId="2" w16cid:durableId="898320846">
    <w:abstractNumId w:val="6"/>
  </w:num>
  <w:num w:numId="3" w16cid:durableId="1999384682">
    <w:abstractNumId w:val="5"/>
  </w:num>
  <w:num w:numId="4" w16cid:durableId="369770664">
    <w:abstractNumId w:val="4"/>
  </w:num>
  <w:num w:numId="5" w16cid:durableId="1791781726">
    <w:abstractNumId w:val="7"/>
  </w:num>
  <w:num w:numId="6" w16cid:durableId="1409496024">
    <w:abstractNumId w:val="3"/>
  </w:num>
  <w:num w:numId="7" w16cid:durableId="176892814">
    <w:abstractNumId w:val="2"/>
  </w:num>
  <w:num w:numId="8" w16cid:durableId="2032955086">
    <w:abstractNumId w:val="1"/>
  </w:num>
  <w:num w:numId="9" w16cid:durableId="1017004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54AF"/>
    <w:rsid w:val="001033E2"/>
    <w:rsid w:val="00146D3A"/>
    <w:rsid w:val="0015074B"/>
    <w:rsid w:val="001B6EF9"/>
    <w:rsid w:val="00270068"/>
    <w:rsid w:val="0029639D"/>
    <w:rsid w:val="00326F90"/>
    <w:rsid w:val="00330D70"/>
    <w:rsid w:val="003709FB"/>
    <w:rsid w:val="00396F43"/>
    <w:rsid w:val="003B66EF"/>
    <w:rsid w:val="00421CA9"/>
    <w:rsid w:val="004264EC"/>
    <w:rsid w:val="004438EF"/>
    <w:rsid w:val="00495FFD"/>
    <w:rsid w:val="005733EA"/>
    <w:rsid w:val="00585CE7"/>
    <w:rsid w:val="005B73AA"/>
    <w:rsid w:val="00602F35"/>
    <w:rsid w:val="0065097D"/>
    <w:rsid w:val="006E2510"/>
    <w:rsid w:val="007243A8"/>
    <w:rsid w:val="00740893"/>
    <w:rsid w:val="00741F8D"/>
    <w:rsid w:val="00753E6F"/>
    <w:rsid w:val="0075711F"/>
    <w:rsid w:val="007B1337"/>
    <w:rsid w:val="007C3A0B"/>
    <w:rsid w:val="007C606D"/>
    <w:rsid w:val="008277F8"/>
    <w:rsid w:val="00882B55"/>
    <w:rsid w:val="008866E2"/>
    <w:rsid w:val="008B49C3"/>
    <w:rsid w:val="008E42C9"/>
    <w:rsid w:val="0092435F"/>
    <w:rsid w:val="00980F1F"/>
    <w:rsid w:val="009876B6"/>
    <w:rsid w:val="00A04305"/>
    <w:rsid w:val="00A80046"/>
    <w:rsid w:val="00AA1D8D"/>
    <w:rsid w:val="00AA742A"/>
    <w:rsid w:val="00AB6018"/>
    <w:rsid w:val="00AD7103"/>
    <w:rsid w:val="00B47730"/>
    <w:rsid w:val="00B66230"/>
    <w:rsid w:val="00BC2BA4"/>
    <w:rsid w:val="00BF5DDA"/>
    <w:rsid w:val="00C05783"/>
    <w:rsid w:val="00CB0664"/>
    <w:rsid w:val="00CB443E"/>
    <w:rsid w:val="00D149CF"/>
    <w:rsid w:val="00D360BC"/>
    <w:rsid w:val="00D77993"/>
    <w:rsid w:val="00D822F6"/>
    <w:rsid w:val="00E601B1"/>
    <w:rsid w:val="00E7441B"/>
    <w:rsid w:val="00E90E67"/>
    <w:rsid w:val="00F01FDB"/>
    <w:rsid w:val="00F27A0B"/>
    <w:rsid w:val="00F30E21"/>
    <w:rsid w:val="00FC693F"/>
    <w:rsid w:val="00FF3BDD"/>
    <w:rsid w:val="02410674"/>
    <w:rsid w:val="03C4E139"/>
    <w:rsid w:val="05A1A5B4"/>
    <w:rsid w:val="0773DD7A"/>
    <w:rsid w:val="08F7631C"/>
    <w:rsid w:val="0F125C2B"/>
    <w:rsid w:val="0F5519F3"/>
    <w:rsid w:val="117BCDFA"/>
    <w:rsid w:val="15849EF4"/>
    <w:rsid w:val="16D51AA1"/>
    <w:rsid w:val="16F184A0"/>
    <w:rsid w:val="180AFED2"/>
    <w:rsid w:val="1A94557C"/>
    <w:rsid w:val="1B8B439C"/>
    <w:rsid w:val="1BBACC4D"/>
    <w:rsid w:val="1C3B0EEC"/>
    <w:rsid w:val="1C65FBF9"/>
    <w:rsid w:val="20B1EE4D"/>
    <w:rsid w:val="212A835D"/>
    <w:rsid w:val="224A6667"/>
    <w:rsid w:val="236B088F"/>
    <w:rsid w:val="26D807B2"/>
    <w:rsid w:val="26DB4A5C"/>
    <w:rsid w:val="2972CE0D"/>
    <w:rsid w:val="2BFAFF99"/>
    <w:rsid w:val="2D5A3D02"/>
    <w:rsid w:val="2F13B3C7"/>
    <w:rsid w:val="2F5421BE"/>
    <w:rsid w:val="31DCEAED"/>
    <w:rsid w:val="3256BBC8"/>
    <w:rsid w:val="33ECE916"/>
    <w:rsid w:val="371C0A00"/>
    <w:rsid w:val="37E9E7B5"/>
    <w:rsid w:val="3B9174E3"/>
    <w:rsid w:val="3C946773"/>
    <w:rsid w:val="3E65F676"/>
    <w:rsid w:val="42F24BD6"/>
    <w:rsid w:val="45F69E44"/>
    <w:rsid w:val="4A5BD6C9"/>
    <w:rsid w:val="4E5EBF8F"/>
    <w:rsid w:val="4F3D8605"/>
    <w:rsid w:val="501958EA"/>
    <w:rsid w:val="54BD3450"/>
    <w:rsid w:val="555362A1"/>
    <w:rsid w:val="5926AA34"/>
    <w:rsid w:val="59C33621"/>
    <w:rsid w:val="5A4D993F"/>
    <w:rsid w:val="5AA8AFBC"/>
    <w:rsid w:val="5B0FC1DE"/>
    <w:rsid w:val="5F86FA23"/>
    <w:rsid w:val="61D25CF7"/>
    <w:rsid w:val="626BFA41"/>
    <w:rsid w:val="6812B615"/>
    <w:rsid w:val="6C0D3A21"/>
    <w:rsid w:val="6EB48DBB"/>
    <w:rsid w:val="7083179A"/>
    <w:rsid w:val="71FBB56F"/>
    <w:rsid w:val="78B08CE6"/>
    <w:rsid w:val="79D86BDA"/>
    <w:rsid w:val="7D3B6DC4"/>
    <w:rsid w:val="7DC86293"/>
    <w:rsid w:val="7E731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71140C"/>
  <w14:defaultImageDpi w14:val="300"/>
  <w15:docId w15:val="{72830CDE-BD3F-467D-A950-E32B0A470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">
    <w:name w:val="annotation text"/>
    <w:basedOn w:val="a1"/>
    <w:link w:val="aff0"/>
    <w:uiPriority w:val="99"/>
    <w:semiHidden/>
    <w:unhideWhenUsed/>
    <w:rsid w:val="000E54AF"/>
    <w:pPr>
      <w:spacing w:line="240" w:lineRule="auto"/>
    </w:pPr>
    <w:rPr>
      <w:sz w:val="20"/>
      <w:szCs w:val="20"/>
    </w:rPr>
  </w:style>
  <w:style w:type="character" w:customStyle="1" w:styleId="aff0">
    <w:name w:val="コメント文字列 (文字)"/>
    <w:basedOn w:val="a2"/>
    <w:link w:val="aff"/>
    <w:uiPriority w:val="99"/>
    <w:semiHidden/>
    <w:rsid w:val="000E54AF"/>
    <w:rPr>
      <w:sz w:val="20"/>
      <w:szCs w:val="20"/>
    </w:rPr>
  </w:style>
  <w:style w:type="character" w:styleId="aff1">
    <w:name w:val="annotation reference"/>
    <w:basedOn w:val="a2"/>
    <w:uiPriority w:val="99"/>
    <w:semiHidden/>
    <w:unhideWhenUsed/>
    <w:rsid w:val="000E54AF"/>
    <w:rPr>
      <w:sz w:val="16"/>
      <w:szCs w:val="16"/>
    </w:rPr>
  </w:style>
  <w:style w:type="paragraph" w:styleId="aff2">
    <w:name w:val="annotation subject"/>
    <w:basedOn w:val="aff"/>
    <w:next w:val="aff"/>
    <w:link w:val="aff3"/>
    <w:uiPriority w:val="99"/>
    <w:semiHidden/>
    <w:unhideWhenUsed/>
    <w:rsid w:val="00421CA9"/>
    <w:pPr>
      <w:spacing w:line="276" w:lineRule="auto"/>
    </w:pPr>
    <w:rPr>
      <w:b/>
      <w:bCs/>
      <w:sz w:val="22"/>
      <w:szCs w:val="22"/>
    </w:rPr>
  </w:style>
  <w:style w:type="character" w:customStyle="1" w:styleId="aff3">
    <w:name w:val="コメント内容 (文字)"/>
    <w:basedOn w:val="aff0"/>
    <w:link w:val="aff2"/>
    <w:uiPriority w:val="99"/>
    <w:semiHidden/>
    <w:rsid w:val="00421CA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A46B7771537104A9E99A9FC47E34E26" ma:contentTypeVersion="19" ma:contentTypeDescription="新しいドキュメントを作成します。" ma:contentTypeScope="" ma:versionID="33022625085b9ee0da736a28df3d005c">
  <xsd:schema xmlns:xsd="http://www.w3.org/2001/XMLSchema" xmlns:xs="http://www.w3.org/2001/XMLSchema" xmlns:p="http://schemas.microsoft.com/office/2006/metadata/properties" xmlns:ns2="7d6f201e-4e9a-4840-9d73-0395b2f98a87" xmlns:ns3="880dff5a-fa9b-4daf-a7e4-f58c34bb8255" targetNamespace="http://schemas.microsoft.com/office/2006/metadata/properties" ma:root="true" ma:fieldsID="ab2f37971fa429d5e2dd79755c6e0e97" ns2:_="" ns3:_="">
    <xsd:import namespace="7d6f201e-4e9a-4840-9d73-0395b2f98a87"/>
    <xsd:import namespace="880dff5a-fa9b-4daf-a7e4-f58c34bb825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f201e-4e9a-4840-9d73-0395b2f98a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fee85a1-4405-4b26-9715-365b96518ae4}" ma:internalName="TaxCatchAll" ma:showField="CatchAllData" ma:web="7d6f201e-4e9a-4840-9d73-0395b2f98a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0dff5a-fa9b-4daf-a7e4-f58c34bb82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6f7bac54-fbcc-4c51-ad86-8fd38d8554d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80dff5a-fa9b-4daf-a7e4-f58c34bb8255">
      <Terms xmlns="http://schemas.microsoft.com/office/infopath/2007/PartnerControls"/>
    </lcf76f155ced4ddcb4097134ff3c332f>
    <TaxCatchAll xmlns="7d6f201e-4e9a-4840-9d73-0395b2f98a8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813E2C-8E97-4055-9634-00929D4DAD17}"/>
</file>

<file path=customXml/itemProps2.xml><?xml version="1.0" encoding="utf-8"?>
<ds:datastoreItem xmlns:ds="http://schemas.openxmlformats.org/officeDocument/2006/customXml" ds:itemID="{2A54999D-45A8-460C-82A4-CAE3E0387861}">
  <ds:schemaRefs>
    <ds:schemaRef ds:uri="http://schemas.microsoft.com/office/2006/metadata/properties"/>
    <ds:schemaRef ds:uri="http://schemas.microsoft.com/office/infopath/2007/PartnerControls"/>
    <ds:schemaRef ds:uri="67fb30c4-8b60-4df5-9592-93f97601c1cb"/>
    <ds:schemaRef ds:uri="3d0457f5-c553-4a79-aad8-48f7e56bea8c"/>
  </ds:schemaRefs>
</ds:datastoreItem>
</file>

<file path=customXml/itemProps3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6494AC7-D519-43D5-B3F4-53AC5ECFD3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191</Words>
  <Characters>208</Characters>
  <Application>Microsoft Office Word</Application>
  <DocSecurity>0</DocSecurity>
  <Lines>41</Lines>
  <Paragraphs>49</Paragraphs>
  <ScaleCrop>false</ScaleCrop>
  <Manager/>
  <Company/>
  <LinksUpToDate>false</LinksUpToDate>
  <CharactersWithSpaces>350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小金 実成</cp:lastModifiedBy>
  <cp:revision>39</cp:revision>
  <cp:lastPrinted>2026-01-16T16:12:00Z</cp:lastPrinted>
  <dcterms:created xsi:type="dcterms:W3CDTF">2026-01-16T00:12:00Z</dcterms:created>
  <dcterms:modified xsi:type="dcterms:W3CDTF">2026-02-24T07:00:00Z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0x0101007A46B7771537104A9E99A9FC47E34E26</vt:lpwstr>
  </property>
  <property fmtid="{D5CDD505-2E9C-101B-9397-08002B2CF9AE}" pid="3" name="MediaServiceImageTags">
    <vt:lpwstr/>
  </property>
  <property fmtid="{D5CDD505-2E9C-101B-9397-08002B2CF9AE}" pid="4" name="Order">
    <vt:r8>18944300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</Properties>
</file>